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526BA" w14:textId="77777777" w:rsidR="009D1BA4" w:rsidRPr="00E23C83" w:rsidRDefault="00873C4D">
      <w:pPr>
        <w:jc w:val="center"/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b/>
          <w:sz w:val="44"/>
          <w:lang w:val="da-DK"/>
        </w:rPr>
        <w:t>Lederudviklingssamtale (LUS)</w:t>
      </w:r>
      <w:r w:rsidRPr="00E23C83">
        <w:rPr>
          <w:rFonts w:asciiTheme="majorHAnsi" w:hAnsiTheme="majorHAnsi" w:cstheme="majorHAnsi"/>
          <w:b/>
          <w:sz w:val="44"/>
          <w:lang w:val="da-DK"/>
        </w:rPr>
        <w:br/>
      </w:r>
    </w:p>
    <w:p w14:paraId="2B2B81B7" w14:textId="77777777" w:rsidR="009D1BA4" w:rsidRPr="00E23C83" w:rsidRDefault="00873C4D">
      <w:pPr>
        <w:jc w:val="center"/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Refleksion, trivsel, udvikling og fremadrettede mål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689"/>
        <w:gridCol w:w="5941"/>
      </w:tblGrid>
      <w:tr w:rsidR="009D1BA4" w:rsidRPr="00E23C83" w14:paraId="3CB4193E" w14:textId="77777777" w:rsidTr="00B30B50">
        <w:tc>
          <w:tcPr>
            <w:tcW w:w="2689" w:type="dxa"/>
          </w:tcPr>
          <w:p w14:paraId="3F1C22A5" w14:textId="31AB54DB" w:rsidR="009D1BA4" w:rsidRPr="00E23C83" w:rsidRDefault="00E23C83">
            <w:pPr>
              <w:rPr>
                <w:rFonts w:asciiTheme="majorHAnsi" w:hAnsiTheme="majorHAnsi" w:cstheme="majorHAnsi"/>
              </w:rPr>
            </w:pPr>
            <w:proofErr w:type="spellStart"/>
            <w:r w:rsidRPr="00E23C83">
              <w:rPr>
                <w:rFonts w:asciiTheme="majorHAnsi" w:hAnsiTheme="majorHAnsi" w:cstheme="majorHAnsi"/>
              </w:rPr>
              <w:t>Mellem</w:t>
            </w:r>
            <w:proofErr w:type="spellEnd"/>
            <w:r w:rsidRPr="00E23C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873C4D" w:rsidRPr="00E23C83">
              <w:rPr>
                <w:rFonts w:asciiTheme="majorHAnsi" w:hAnsiTheme="majorHAnsi" w:cstheme="majorHAnsi"/>
              </w:rPr>
              <w:t>Leder</w:t>
            </w:r>
            <w:proofErr w:type="spellEnd"/>
          </w:p>
        </w:tc>
        <w:tc>
          <w:tcPr>
            <w:tcW w:w="5941" w:type="dxa"/>
          </w:tcPr>
          <w:p w14:paraId="3569F3A0" w14:textId="77777777" w:rsidR="009D1BA4" w:rsidRPr="00E23C83" w:rsidRDefault="009D1BA4">
            <w:pPr>
              <w:rPr>
                <w:rFonts w:asciiTheme="majorHAnsi" w:hAnsiTheme="majorHAnsi" w:cstheme="majorHAnsi"/>
              </w:rPr>
            </w:pPr>
          </w:p>
        </w:tc>
      </w:tr>
      <w:tr w:rsidR="009D1BA4" w:rsidRPr="00E23C83" w14:paraId="3C7C85C3" w14:textId="77777777" w:rsidTr="00B30B50">
        <w:tc>
          <w:tcPr>
            <w:tcW w:w="2689" w:type="dxa"/>
          </w:tcPr>
          <w:p w14:paraId="64392A60" w14:textId="76AFDA79" w:rsidR="009D1BA4" w:rsidRPr="00E23C83" w:rsidRDefault="00B30B5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Og </w:t>
            </w:r>
            <w:proofErr w:type="spellStart"/>
            <w:r w:rsidR="00873C4D" w:rsidRPr="00E23C83">
              <w:rPr>
                <w:rFonts w:asciiTheme="majorHAnsi" w:hAnsiTheme="majorHAnsi" w:cstheme="majorHAnsi"/>
              </w:rPr>
              <w:t>Leder</w:t>
            </w:r>
            <w:proofErr w:type="spellEnd"/>
          </w:p>
        </w:tc>
        <w:tc>
          <w:tcPr>
            <w:tcW w:w="5941" w:type="dxa"/>
          </w:tcPr>
          <w:p w14:paraId="001B9054" w14:textId="77777777" w:rsidR="009D1BA4" w:rsidRPr="00E23C83" w:rsidRDefault="009D1BA4">
            <w:pPr>
              <w:rPr>
                <w:rFonts w:asciiTheme="majorHAnsi" w:hAnsiTheme="majorHAnsi" w:cstheme="majorHAnsi"/>
              </w:rPr>
            </w:pPr>
          </w:p>
        </w:tc>
      </w:tr>
      <w:tr w:rsidR="009D1BA4" w:rsidRPr="00E23C83" w14:paraId="38EFFDFC" w14:textId="77777777" w:rsidTr="00B30B50">
        <w:tc>
          <w:tcPr>
            <w:tcW w:w="2689" w:type="dxa"/>
          </w:tcPr>
          <w:p w14:paraId="102459DE" w14:textId="77777777" w:rsidR="009D1BA4" w:rsidRPr="00E23C83" w:rsidRDefault="00873C4D">
            <w:pPr>
              <w:rPr>
                <w:rFonts w:asciiTheme="majorHAnsi" w:hAnsiTheme="majorHAnsi" w:cstheme="majorHAnsi"/>
              </w:rPr>
            </w:pPr>
            <w:r w:rsidRPr="00E23C83">
              <w:rPr>
                <w:rFonts w:asciiTheme="majorHAnsi" w:hAnsiTheme="majorHAnsi" w:cstheme="majorHAnsi"/>
              </w:rPr>
              <w:t>Dato</w:t>
            </w:r>
          </w:p>
        </w:tc>
        <w:tc>
          <w:tcPr>
            <w:tcW w:w="5941" w:type="dxa"/>
          </w:tcPr>
          <w:p w14:paraId="5D985B36" w14:textId="77777777" w:rsidR="009D1BA4" w:rsidRPr="00E23C83" w:rsidRDefault="009D1BA4">
            <w:pPr>
              <w:rPr>
                <w:rFonts w:asciiTheme="majorHAnsi" w:hAnsiTheme="majorHAnsi" w:cstheme="majorHAnsi"/>
              </w:rPr>
            </w:pPr>
          </w:p>
        </w:tc>
      </w:tr>
    </w:tbl>
    <w:p w14:paraId="69EF7E71" w14:textId="77777777" w:rsidR="009D1BA4" w:rsidRPr="00E23C83" w:rsidRDefault="00873C4D">
      <w:pPr>
        <w:pStyle w:val="Overskrift1"/>
        <w:rPr>
          <w:rFonts w:cstheme="majorHAnsi"/>
        </w:rPr>
      </w:pPr>
      <w:r w:rsidRPr="00E23C83">
        <w:rPr>
          <w:rFonts w:cstheme="majorHAnsi"/>
        </w:rPr>
        <w:t>1. Tilbageblik</w:t>
      </w:r>
    </w:p>
    <w:p w14:paraId="23D2A359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Hvilken kompetenceudvikling har du gennemgået i løbet af året? (kurser, uddannelse, nye opgaver, oplæring, andet)</w:t>
      </w:r>
    </w:p>
    <w:p w14:paraId="62D14F31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12D7FE0B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Hvad har dine personlige mål været, og har du nået dem?</w:t>
      </w:r>
    </w:p>
    <w:p w14:paraId="0339AD6A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56BE5E93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Er din udviklingsplan og målsætningsaftale for sidste år opfyldt?</w:t>
      </w:r>
    </w:p>
    <w:p w14:paraId="603F078B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6D113DAE" w14:textId="77777777" w:rsidR="009D1BA4" w:rsidRPr="00E23C83" w:rsidRDefault="00873C4D">
      <w:pPr>
        <w:pStyle w:val="Overskrift1"/>
        <w:rPr>
          <w:rFonts w:cstheme="majorHAnsi"/>
          <w:lang w:val="da-DK"/>
        </w:rPr>
      </w:pPr>
      <w:r w:rsidRPr="00E23C83">
        <w:rPr>
          <w:rFonts w:cstheme="majorHAnsi"/>
          <w:lang w:val="da-DK"/>
        </w:rPr>
        <w:t>2. Motivation, arbejdsglæde og trivsel</w:t>
      </w:r>
    </w:p>
    <w:p w14:paraId="4978226A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Hvad motiverer dig i dit arbejde som leder?</w:t>
      </w:r>
    </w:p>
    <w:p w14:paraId="20CD0D0F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737F6DF2" w14:textId="77777777" w:rsidR="00B30B50" w:rsidRDefault="00B30B50">
      <w:pPr>
        <w:rPr>
          <w:rFonts w:asciiTheme="majorHAnsi" w:hAnsiTheme="majorHAnsi" w:cstheme="majorHAnsi"/>
          <w:lang w:val="da-DK"/>
        </w:rPr>
      </w:pPr>
    </w:p>
    <w:p w14:paraId="5D98277B" w14:textId="77777777" w:rsidR="00B30B50" w:rsidRDefault="00B30B50">
      <w:pPr>
        <w:rPr>
          <w:rFonts w:asciiTheme="majorHAnsi" w:hAnsiTheme="majorHAnsi" w:cstheme="majorHAnsi"/>
          <w:lang w:val="da-DK"/>
        </w:rPr>
      </w:pPr>
    </w:p>
    <w:p w14:paraId="757AB60A" w14:textId="7AA9C283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lastRenderedPageBreak/>
        <w:t>Hvad er du særligt stolt af, som du er lykkedes med?</w:t>
      </w:r>
    </w:p>
    <w:p w14:paraId="7FA6834F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32085A46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Hvad er særligt udfordrende?</w:t>
      </w:r>
    </w:p>
    <w:p w14:paraId="057BEA8D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</w:r>
      <w:r w:rsidRPr="00E23C83">
        <w:rPr>
          <w:rFonts w:asciiTheme="majorHAnsi" w:hAnsiTheme="majorHAnsi" w:cstheme="majorHAnsi"/>
          <w:lang w:val="da-DK"/>
        </w:rPr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7DE1E2C2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Hvornår oplever du anerkendelse i dit arbejde?</w:t>
      </w:r>
    </w:p>
    <w:p w14:paraId="5DC52DE0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707DDEE3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Hvordan er din arbejdstid og arbejde uden for almindelig kontortid?</w:t>
      </w:r>
    </w:p>
    <w:p w14:paraId="27DC959D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54647848" w14:textId="77777777" w:rsidR="009D1BA4" w:rsidRPr="00E23C83" w:rsidRDefault="00873C4D">
      <w:pPr>
        <w:pStyle w:val="Overskrift1"/>
        <w:rPr>
          <w:rFonts w:cstheme="majorHAnsi"/>
          <w:lang w:val="da-DK"/>
        </w:rPr>
      </w:pPr>
      <w:r w:rsidRPr="00E23C83">
        <w:rPr>
          <w:rFonts w:cstheme="majorHAnsi"/>
          <w:lang w:val="da-DK"/>
        </w:rPr>
        <w:t>3. Faglighed, kompetencer og udvikling</w:t>
      </w:r>
    </w:p>
    <w:p w14:paraId="2D67509A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Hvilke kompetencer bruger du i dit arbejde?</w:t>
      </w:r>
    </w:p>
    <w:p w14:paraId="6F8BF3BE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6712AB05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Hvilke kompetencer vil du gerne udvikle?</w:t>
      </w:r>
    </w:p>
    <w:p w14:paraId="5237C757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0527A514" w14:textId="77777777" w:rsidR="00B30B50" w:rsidRDefault="00B30B50">
      <w:pPr>
        <w:rPr>
          <w:rFonts w:asciiTheme="majorHAnsi" w:hAnsiTheme="majorHAnsi" w:cstheme="majorHAnsi"/>
          <w:lang w:val="da-DK"/>
        </w:rPr>
      </w:pPr>
    </w:p>
    <w:p w14:paraId="30E13A32" w14:textId="77777777" w:rsidR="00B30B50" w:rsidRDefault="00B30B50">
      <w:pPr>
        <w:rPr>
          <w:rFonts w:asciiTheme="majorHAnsi" w:hAnsiTheme="majorHAnsi" w:cstheme="majorHAnsi"/>
          <w:lang w:val="da-DK"/>
        </w:rPr>
      </w:pPr>
    </w:p>
    <w:p w14:paraId="40E73D5B" w14:textId="5CF4A816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lastRenderedPageBreak/>
        <w:t>Har du forslag til kompetenceudvikling som matcher organisationens behov og strategiske udvikling?</w:t>
      </w:r>
    </w:p>
    <w:p w14:paraId="0229A35B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126C7EA0" w14:textId="77777777" w:rsidR="009D1BA4" w:rsidRPr="00E23C83" w:rsidRDefault="00873C4D">
      <w:pPr>
        <w:pStyle w:val="Overskrift1"/>
        <w:rPr>
          <w:rFonts w:cstheme="majorHAnsi"/>
          <w:lang w:val="da-DK"/>
        </w:rPr>
      </w:pPr>
      <w:r w:rsidRPr="00E23C83">
        <w:rPr>
          <w:rFonts w:cstheme="majorHAnsi"/>
          <w:lang w:val="da-DK"/>
        </w:rPr>
        <w:t>4. Samarbejde og fællesskab</w:t>
      </w:r>
    </w:p>
    <w:p w14:paraId="67428C2D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Hvordan fungerer samarbejdet i din afdeling?</w:t>
      </w:r>
    </w:p>
    <w:p w14:paraId="7F089933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07EA273A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Hvordan er dit forhold til mig som leder?</w:t>
      </w:r>
    </w:p>
    <w:p w14:paraId="3CEF8C8D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4CEFC4B4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Hvordan tænker du, at vi kan styrke samarbejdet?</w:t>
      </w:r>
    </w:p>
    <w:p w14:paraId="255A122C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0B77E13A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Har du idéer til, hvordan vi generelt styrker fællesskabet i teamet/afdelingen?</w:t>
      </w:r>
    </w:p>
    <w:p w14:paraId="11082D3D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01BC355C" w14:textId="77777777" w:rsidR="009D1BA4" w:rsidRPr="00E23C83" w:rsidRDefault="00873C4D">
      <w:pPr>
        <w:pStyle w:val="Overskrift1"/>
        <w:rPr>
          <w:rFonts w:cstheme="majorHAnsi"/>
          <w:lang w:val="da-DK"/>
        </w:rPr>
      </w:pPr>
      <w:r w:rsidRPr="00E23C83">
        <w:rPr>
          <w:rFonts w:cstheme="majorHAnsi"/>
          <w:lang w:val="da-DK"/>
        </w:rPr>
        <w:t>5. Samarbejdet på tværs</w:t>
      </w:r>
    </w:p>
    <w:p w14:paraId="2C57C6BE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Hvordan oplever du mulighederne for samarbejde på tværs af fagområder?</w:t>
      </w:r>
    </w:p>
    <w:p w14:paraId="3E7022F8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6EFA5A8F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I forhold til samarbejde på tværs, hvad vil du gerne have mere af og hvordan?</w:t>
      </w:r>
    </w:p>
    <w:p w14:paraId="15711152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lastRenderedPageBreak/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2DB22386" w14:textId="77777777" w:rsidR="009D1BA4" w:rsidRPr="00E23C83" w:rsidRDefault="00873C4D">
      <w:pPr>
        <w:pStyle w:val="Overskrift1"/>
        <w:rPr>
          <w:rFonts w:cstheme="majorHAnsi"/>
          <w:lang w:val="da-DK"/>
        </w:rPr>
      </w:pPr>
      <w:r w:rsidRPr="00E23C83">
        <w:rPr>
          <w:rFonts w:cstheme="majorHAnsi"/>
          <w:lang w:val="da-DK"/>
        </w:rPr>
        <w:t>6. Psykologisk tryghed, tillid og anerkendelse</w:t>
      </w:r>
    </w:p>
    <w:p w14:paraId="26099004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Hvordan oplever du mulighederne for at kunne søge sparring på dine arbejdsopgaver med din leder og dine lederkolleger?</w:t>
      </w:r>
    </w:p>
    <w:p w14:paraId="57E6B61B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48E4FCAE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 xml:space="preserve">Hvordan oplever du, at I kan tale </w:t>
      </w:r>
      <w:r w:rsidRPr="00E23C83">
        <w:rPr>
          <w:rFonts w:asciiTheme="majorHAnsi" w:hAnsiTheme="majorHAnsi" w:cstheme="majorHAnsi"/>
          <w:lang w:val="da-DK"/>
        </w:rPr>
        <w:t>åbent om svære udfordringer i lederteamet?</w:t>
      </w:r>
    </w:p>
    <w:p w14:paraId="13BE7502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0C9B8062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 xml:space="preserve">Oplever du i din opgaveløsning, at du får anerkendelse for din faglige måde at løse </w:t>
      </w:r>
      <w:r w:rsidRPr="00E23C83">
        <w:rPr>
          <w:rFonts w:asciiTheme="majorHAnsi" w:hAnsiTheme="majorHAnsi" w:cstheme="majorHAnsi"/>
          <w:lang w:val="da-DK"/>
        </w:rPr>
        <w:t>opgaverne på?</w:t>
      </w:r>
    </w:p>
    <w:p w14:paraId="4498DAFC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3715D5E8" w14:textId="77777777" w:rsidR="009D1BA4" w:rsidRPr="00E23C83" w:rsidRDefault="00873C4D">
      <w:pPr>
        <w:pStyle w:val="Overskrift1"/>
        <w:rPr>
          <w:rFonts w:cstheme="majorHAnsi"/>
          <w:lang w:val="da-DK"/>
        </w:rPr>
      </w:pPr>
      <w:r w:rsidRPr="00E23C83">
        <w:rPr>
          <w:rFonts w:cstheme="majorHAnsi"/>
          <w:lang w:val="da-DK"/>
        </w:rPr>
        <w:t>7. Mål og fremtiden</w:t>
      </w:r>
    </w:p>
    <w:p w14:paraId="5BBBEF62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Hvilke mål har du sat dig og dit team for det næste år?</w:t>
      </w:r>
    </w:p>
    <w:p w14:paraId="53DB7517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2527E22D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Peg på de områder, hvor du gerne vil opkvalificeres og udvikles, så du endnu bedre kan bidrage til dine og teamets mål.</w:t>
      </w:r>
    </w:p>
    <w:p w14:paraId="061CA4A1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13E46485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lastRenderedPageBreak/>
        <w:t>Har du nogle specielle behov som følge af din nuværende fase i arbejdslivet?</w:t>
      </w:r>
    </w:p>
    <w:p w14:paraId="3BF1065A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288D81D7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Hvad skulle være anderledes for at gøre din hverdag bedre?</w:t>
      </w:r>
    </w:p>
    <w:p w14:paraId="57BAD219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351ADD61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Har du idéer til, hvordan vi kan blive endnu bedre i det kommende år?</w:t>
      </w:r>
    </w:p>
    <w:p w14:paraId="62AB92F9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6B325842" w14:textId="77777777" w:rsidR="009D1BA4" w:rsidRPr="00E23C83" w:rsidRDefault="00873C4D">
      <w:pPr>
        <w:pStyle w:val="Overskrift1"/>
        <w:rPr>
          <w:rFonts w:cstheme="majorHAnsi"/>
          <w:lang w:val="da-DK"/>
        </w:rPr>
      </w:pPr>
      <w:r w:rsidRPr="00E23C83">
        <w:rPr>
          <w:rFonts w:cstheme="majorHAnsi"/>
          <w:lang w:val="da-DK"/>
        </w:rPr>
        <w:t>8. Andet</w:t>
      </w:r>
    </w:p>
    <w:p w14:paraId="0570DB35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Noget du også lige vil vende med din leder, fordi det har indflydelse på dit arbejde?</w:t>
      </w:r>
    </w:p>
    <w:p w14:paraId="55964436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Svar/noter: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  <w:r w:rsidRPr="00E23C83">
        <w:rPr>
          <w:rFonts w:asciiTheme="majorHAnsi" w:hAnsiTheme="majorHAnsi" w:cstheme="majorHAnsi"/>
          <w:lang w:val="da-DK"/>
        </w:rPr>
        <w:br/>
        <w:t>_______________________________________________________</w:t>
      </w:r>
    </w:p>
    <w:p w14:paraId="00C3C228" w14:textId="50972A9B" w:rsidR="009D1BA4" w:rsidRPr="00E23C83" w:rsidRDefault="00873C4D">
      <w:pPr>
        <w:pStyle w:val="Overskrift1"/>
        <w:rPr>
          <w:rFonts w:cstheme="majorHAnsi"/>
          <w:lang w:val="da-DK"/>
        </w:rPr>
      </w:pPr>
      <w:r w:rsidRPr="00E23C83">
        <w:rPr>
          <w:rFonts w:cstheme="majorHAnsi"/>
          <w:lang w:val="da-DK"/>
        </w:rPr>
        <w:t>9. Handleplan og aftaler</w:t>
      </w:r>
      <w:r w:rsidR="00B30B50">
        <w:rPr>
          <w:rFonts w:cstheme="majorHAnsi"/>
          <w:lang w:val="da-DK"/>
        </w:rPr>
        <w:t xml:space="preserve"> (gemmes i SafetyNet efter samtalen)</w:t>
      </w:r>
    </w:p>
    <w:p w14:paraId="70FC39A4" w14:textId="77777777" w:rsidR="009D1BA4" w:rsidRPr="00E23C83" w:rsidRDefault="00873C4D">
      <w:pPr>
        <w:rPr>
          <w:rFonts w:asciiTheme="majorHAnsi" w:hAnsiTheme="majorHAnsi" w:cstheme="majorHAnsi"/>
          <w:lang w:val="da-DK"/>
        </w:rPr>
      </w:pPr>
      <w:r w:rsidRPr="00E23C83">
        <w:rPr>
          <w:rFonts w:asciiTheme="majorHAnsi" w:hAnsiTheme="majorHAnsi" w:cstheme="majorHAnsi"/>
          <w:lang w:val="da-DK"/>
        </w:rPr>
        <w:t>Mål 1: __________________________________________</w:t>
      </w:r>
    </w:p>
    <w:p w14:paraId="173C42DD" w14:textId="77777777" w:rsidR="009D1BA4" w:rsidRPr="00B30B50" w:rsidRDefault="00873C4D">
      <w:pPr>
        <w:rPr>
          <w:rFonts w:asciiTheme="majorHAnsi" w:hAnsiTheme="majorHAnsi" w:cstheme="majorHAnsi"/>
          <w:lang w:val="da-DK"/>
        </w:rPr>
      </w:pPr>
      <w:r w:rsidRPr="00B30B50">
        <w:rPr>
          <w:rFonts w:asciiTheme="majorHAnsi" w:hAnsiTheme="majorHAnsi" w:cstheme="majorHAnsi"/>
          <w:lang w:val="da-DK"/>
        </w:rPr>
        <w:t>Mål 2: __________________________________________</w:t>
      </w:r>
    </w:p>
    <w:p w14:paraId="7DDDE815" w14:textId="77777777" w:rsidR="009D1BA4" w:rsidRPr="00B30B50" w:rsidRDefault="00873C4D">
      <w:pPr>
        <w:rPr>
          <w:rFonts w:asciiTheme="majorHAnsi" w:hAnsiTheme="majorHAnsi" w:cstheme="majorHAnsi"/>
          <w:lang w:val="da-DK"/>
        </w:rPr>
      </w:pPr>
      <w:r w:rsidRPr="00B30B50">
        <w:rPr>
          <w:rFonts w:asciiTheme="majorHAnsi" w:hAnsiTheme="majorHAnsi" w:cstheme="majorHAnsi"/>
          <w:lang w:val="da-DK"/>
        </w:rPr>
        <w:t>Mål 3: __________________________________________</w:t>
      </w:r>
    </w:p>
    <w:p w14:paraId="451D58A0" w14:textId="77777777" w:rsidR="009D1BA4" w:rsidRPr="00B30B50" w:rsidRDefault="00873C4D">
      <w:pPr>
        <w:rPr>
          <w:rFonts w:asciiTheme="majorHAnsi" w:hAnsiTheme="majorHAnsi" w:cstheme="majorHAnsi"/>
          <w:lang w:val="da-DK"/>
        </w:rPr>
      </w:pPr>
      <w:r w:rsidRPr="00B30B50">
        <w:rPr>
          <w:rFonts w:asciiTheme="majorHAnsi" w:hAnsiTheme="majorHAnsi" w:cstheme="majorHAnsi"/>
          <w:lang w:val="da-DK"/>
        </w:rPr>
        <w:t>Kompetenceudvikling: ______________________________</w:t>
      </w:r>
    </w:p>
    <w:p w14:paraId="11DDDAA7" w14:textId="77777777" w:rsidR="009D1BA4" w:rsidRPr="00B30B50" w:rsidRDefault="00873C4D">
      <w:pPr>
        <w:rPr>
          <w:rFonts w:asciiTheme="majorHAnsi" w:hAnsiTheme="majorHAnsi" w:cstheme="majorHAnsi"/>
          <w:lang w:val="da-DK"/>
        </w:rPr>
      </w:pPr>
      <w:r w:rsidRPr="00B30B50">
        <w:rPr>
          <w:rFonts w:asciiTheme="majorHAnsi" w:hAnsiTheme="majorHAnsi" w:cstheme="majorHAnsi"/>
          <w:lang w:val="da-DK"/>
        </w:rPr>
        <w:t>Opfølgningsdato: _________________________________</w:t>
      </w:r>
    </w:p>
    <w:sectPr w:rsidR="009D1BA4" w:rsidRPr="00B30B50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9C901" w14:textId="77777777" w:rsidR="00BC134F" w:rsidRDefault="00BC134F" w:rsidP="00BC134F">
      <w:pPr>
        <w:spacing w:after="0" w:line="240" w:lineRule="auto"/>
      </w:pPr>
      <w:r>
        <w:separator/>
      </w:r>
    </w:p>
  </w:endnote>
  <w:endnote w:type="continuationSeparator" w:id="0">
    <w:p w14:paraId="1FE8DFE7" w14:textId="77777777" w:rsidR="00BC134F" w:rsidRDefault="00BC134F" w:rsidP="00BC1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8507153"/>
      <w:docPartObj>
        <w:docPartGallery w:val="Page Numbers (Bottom of Page)"/>
        <w:docPartUnique/>
      </w:docPartObj>
    </w:sdtPr>
    <w:sdtContent>
      <w:p w14:paraId="27DDFDFD" w14:textId="5080A36D" w:rsidR="00255FDC" w:rsidRDefault="00255FDC" w:rsidP="00255FDC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6C7C7514" w14:textId="77777777" w:rsidR="00255FDC" w:rsidRDefault="00255FD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89062" w14:textId="77777777" w:rsidR="00BC134F" w:rsidRDefault="00BC134F" w:rsidP="00BC134F">
      <w:pPr>
        <w:spacing w:after="0" w:line="240" w:lineRule="auto"/>
      </w:pPr>
      <w:r>
        <w:separator/>
      </w:r>
    </w:p>
  </w:footnote>
  <w:footnote w:type="continuationSeparator" w:id="0">
    <w:p w14:paraId="31A90AD2" w14:textId="77777777" w:rsidR="00BC134F" w:rsidRDefault="00BC134F" w:rsidP="00BC1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9E3BD" w14:textId="71886B24" w:rsidR="00BC134F" w:rsidRDefault="00BC134F" w:rsidP="00BC134F">
    <w:pPr>
      <w:pStyle w:val="NormalWeb"/>
    </w:pPr>
    <w:r w:rsidRPr="00BC134F">
      <w:rPr>
        <w:rFonts w:asciiTheme="majorHAnsi" w:hAnsiTheme="majorHAnsi" w:cstheme="majorHAnsi"/>
        <w:sz w:val="32"/>
        <w:szCs w:val="32"/>
      </w:rPr>
      <w:t xml:space="preserve"> L</w:t>
    </w:r>
    <w:r>
      <w:rPr>
        <w:rFonts w:asciiTheme="majorHAnsi" w:hAnsiTheme="majorHAnsi" w:cstheme="majorHAnsi"/>
        <w:sz w:val="32"/>
        <w:szCs w:val="32"/>
      </w:rPr>
      <w:t xml:space="preserve">ederudviklingssamtale (LUS) – Skabelon              </w:t>
    </w:r>
    <w:r>
      <w:rPr>
        <w:noProof/>
      </w:rPr>
      <w:drawing>
        <wp:inline distT="0" distB="0" distL="0" distR="0" wp14:anchorId="3E537980" wp14:editId="14FD574F">
          <wp:extent cx="1318065" cy="602413"/>
          <wp:effectExtent l="0" t="0" r="0" b="762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7626" cy="620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1BCB17" w14:textId="2E1EB18D" w:rsidR="00BC134F" w:rsidRDefault="00BC134F">
    <w:pPr>
      <w:pStyle w:val="Sidehoved"/>
    </w:pPr>
  </w:p>
  <w:p w14:paraId="2D797F1B" w14:textId="77777777" w:rsidR="00BC134F" w:rsidRDefault="00BC134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9695553">
    <w:abstractNumId w:val="8"/>
  </w:num>
  <w:num w:numId="2" w16cid:durableId="1594581293">
    <w:abstractNumId w:val="6"/>
  </w:num>
  <w:num w:numId="3" w16cid:durableId="656149407">
    <w:abstractNumId w:val="5"/>
  </w:num>
  <w:num w:numId="4" w16cid:durableId="197546316">
    <w:abstractNumId w:val="4"/>
  </w:num>
  <w:num w:numId="5" w16cid:durableId="1092819536">
    <w:abstractNumId w:val="7"/>
  </w:num>
  <w:num w:numId="6" w16cid:durableId="1772584038">
    <w:abstractNumId w:val="3"/>
  </w:num>
  <w:num w:numId="7" w16cid:durableId="777799814">
    <w:abstractNumId w:val="2"/>
  </w:num>
  <w:num w:numId="8" w16cid:durableId="2002811757">
    <w:abstractNumId w:val="1"/>
  </w:num>
  <w:num w:numId="9" w16cid:durableId="1457993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8DB"/>
    <w:rsid w:val="001077E8"/>
    <w:rsid w:val="0015074B"/>
    <w:rsid w:val="00255FDC"/>
    <w:rsid w:val="0029639D"/>
    <w:rsid w:val="00326F90"/>
    <w:rsid w:val="00873C4D"/>
    <w:rsid w:val="009D1BA4"/>
    <w:rsid w:val="00A13E14"/>
    <w:rsid w:val="00AA1D8D"/>
    <w:rsid w:val="00B30B50"/>
    <w:rsid w:val="00B47730"/>
    <w:rsid w:val="00BC134F"/>
    <w:rsid w:val="00CB0664"/>
    <w:rsid w:val="00E23C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0A86657"/>
  <w14:defaultImageDpi w14:val="300"/>
  <w15:docId w15:val="{79328CE5-423D-4F23-B9A7-D851C6C7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B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2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667</Words>
  <Characters>5000</Characters>
  <Application>Microsoft Office Word</Application>
  <DocSecurity>0</DocSecurity>
  <Lines>555</Lines>
  <Paragraphs>404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Maj-Britt Oden Gøbel Rasmussen</dc:creator>
  <cp:keywords/>
  <dc:description>generated by python-docx</dc:description>
  <cp:lastModifiedBy>Maj-Britt Oden Gøbel Rasmussen</cp:lastModifiedBy>
  <cp:revision>2</cp:revision>
  <dcterms:created xsi:type="dcterms:W3CDTF">2026-10-21T10:28:00Z</dcterms:created>
  <dcterms:modified xsi:type="dcterms:W3CDTF">2026-10-21T10:28:00Z</dcterms:modified>
  <cp:category/>
</cp:coreProperties>
</file>